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2F0B" w:rsidRDefault="005B794A">
      <w:pPr>
        <w:jc w:val="center"/>
      </w:pPr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463188</wp:posOffset>
            </wp:positionH>
            <wp:positionV relativeFrom="paragraph">
              <wp:posOffset>834390</wp:posOffset>
            </wp:positionV>
            <wp:extent cx="5669280" cy="5669280"/>
            <wp:effectExtent l="0" t="0" r="7620" b="7620"/>
            <wp:wrapTight wrapText="bothSides">
              <wp:wrapPolygon edited="0">
                <wp:start x="0" y="0"/>
                <wp:lineTo x="0" y="21556"/>
                <wp:lineTo x="21556" y="21556"/>
                <wp:lineTo x="2155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0251562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69280" cy="5669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EC2F0B" w:rsidSect="00034616">
      <w:pgSz w:w="12240" w:h="15840"/>
      <w:pgMar w:top="864" w:right="864" w:bottom="864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notTrueType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B794A"/>
    <w:rsid w:val="007158A8"/>
    <w:rsid w:val="00AA1D8D"/>
    <w:rsid w:val="00B47730"/>
    <w:rsid w:val="00CB0664"/>
    <w:rsid w:val="00D10A36"/>
    <w:rsid w:val="00EC2F0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efaultImageDpi w14:val="300"/>
  <w15:docId w15:val="{B556B0D7-A3D0-EC46-8638-3FF9C3936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العنوان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العنوان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عنوان فرعي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نص أساسي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نص أساسي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نص أساسي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نص ماكرو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اقتباس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عنوان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عنوان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عنوان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عنوان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عنوان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عنوان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اقتباس مكثف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a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b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c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d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e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1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0ECCF3F-FA30-49D2-862E-A5A3C290D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منتديات صقر الجنوب</cp:lastModifiedBy>
  <cp:revision>3</cp:revision>
  <dcterms:created xsi:type="dcterms:W3CDTF">2026-08-25T10:45:00Z</dcterms:created>
  <dcterms:modified xsi:type="dcterms:W3CDTF">2026-08-28T03:23:00Z</dcterms:modified>
  <cp:category/>
</cp:coreProperties>
</file>