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74C" w:rsidRDefault="00DF774C" w:rsidP="00DF774C">
      <w:pPr>
        <w:pStyle w:val="Heading1"/>
      </w:pPr>
      <w:r>
        <w:t>Answer Key</w:t>
      </w:r>
    </w:p>
    <w:p w:rsidR="00E05FA8" w:rsidRDefault="00B22C7B" w:rsidP="00DF774C">
      <w:r>
        <w:t>Q1: Read the text then answer the questions. Put a ci</w:t>
      </w:r>
      <w:r w:rsidR="00DF774C">
        <w:t>rcle around the correct answer.</w:t>
      </w:r>
      <w:bookmarkStart w:id="0" w:name="_GoBack"/>
      <w:bookmarkEnd w:id="0"/>
    </w:p>
    <w:p w:rsidR="00E05FA8" w:rsidRDefault="00B22C7B">
      <w:r>
        <w:t>1</w:t>
      </w:r>
      <w:r>
        <w:t>. A</w:t>
      </w:r>
    </w:p>
    <w:p w:rsidR="00E05FA8" w:rsidRDefault="00B22C7B">
      <w:r>
        <w:t>2. B</w:t>
      </w:r>
    </w:p>
    <w:p w:rsidR="00E05FA8" w:rsidRDefault="00B22C7B">
      <w:r>
        <w:t>3. C</w:t>
      </w:r>
    </w:p>
    <w:p w:rsidR="00E05FA8" w:rsidRDefault="00B22C7B">
      <w:r>
        <w:t>4. B</w:t>
      </w:r>
    </w:p>
    <w:p w:rsidR="00E05FA8" w:rsidRDefault="00B22C7B" w:rsidP="006A14C9">
      <w:pPr>
        <w:rPr>
          <w:rFonts w:hint="cs"/>
          <w:rtl/>
          <w:lang w:bidi="ar-JO"/>
        </w:rPr>
      </w:pPr>
      <w:r>
        <w:t xml:space="preserve">5. </w:t>
      </w:r>
      <w:r w:rsidR="006A14C9">
        <w:t>B</w:t>
      </w:r>
    </w:p>
    <w:p w:rsidR="00E05FA8" w:rsidRDefault="00B22C7B">
      <w:r>
        <w:t>6. A</w:t>
      </w:r>
    </w:p>
    <w:p w:rsidR="00E05FA8" w:rsidRDefault="00B22C7B">
      <w:r>
        <w:t>7. A</w:t>
      </w:r>
    </w:p>
    <w:p w:rsidR="00E05FA8" w:rsidRDefault="00B22C7B">
      <w:r>
        <w:t>8. D</w:t>
      </w:r>
    </w:p>
    <w:p w:rsidR="00E05FA8" w:rsidRDefault="00B22C7B">
      <w:r>
        <w:t>9. True</w:t>
      </w:r>
    </w:p>
    <w:p w:rsidR="00E05FA8" w:rsidRDefault="00B22C7B">
      <w:r>
        <w:t>10. False</w:t>
      </w:r>
    </w:p>
    <w:p w:rsidR="00E05FA8" w:rsidRDefault="00B22C7B">
      <w:r>
        <w:t>11. True</w:t>
      </w:r>
    </w:p>
    <w:p w:rsidR="00E05FA8" w:rsidRDefault="00B22C7B">
      <w:r>
        <w:t>12. True</w:t>
      </w:r>
    </w:p>
    <w:p w:rsidR="00E05FA8" w:rsidRDefault="00B22C7B">
      <w:pPr>
        <w:rPr>
          <w:rtl/>
        </w:rPr>
      </w:pPr>
      <w:r>
        <w:t>13. True</w:t>
      </w:r>
    </w:p>
    <w:p w:rsidR="00DF774C" w:rsidRDefault="00DF774C" w:rsidP="00DF774C">
      <w:pPr>
        <w:pStyle w:val="NormalWeb"/>
      </w:pPr>
      <w:r>
        <w:rPr>
          <w:rStyle w:val="Strong"/>
        </w:rPr>
        <w:t>Q2: Choose the correct answer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>She will speak to him again if he ______.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 xml:space="preserve">b. </w:t>
      </w:r>
      <w:proofErr w:type="spellStart"/>
      <w:r>
        <w:rPr>
          <w:rStyle w:val="Strong"/>
        </w:rPr>
        <w:t>apologises</w:t>
      </w:r>
      <w:proofErr w:type="spellEnd"/>
    </w:p>
    <w:p w:rsidR="00DF774C" w:rsidRDefault="00DF774C" w:rsidP="00DF774C">
      <w:pPr>
        <w:pStyle w:val="NormalWeb"/>
        <w:numPr>
          <w:ilvl w:val="0"/>
          <w:numId w:val="10"/>
        </w:numPr>
      </w:pPr>
      <w:r>
        <w:t>If we ______ live anywhere, we would choose Australia.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b. could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>If you boil water, it ______ steam.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a. becomes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>I will meet you later ______ I finish work on time.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b. as long as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 xml:space="preserve">My dad travelled to another city to buy my </w:t>
      </w:r>
      <w:proofErr w:type="spellStart"/>
      <w:r>
        <w:t>favourite</w:t>
      </w:r>
      <w:proofErr w:type="spellEnd"/>
      <w:r>
        <w:t xml:space="preserve"> dessert.</w:t>
      </w:r>
      <w:r>
        <w:br/>
        <w:t>He always ______ his children.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b. goes the extra mile for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 xml:space="preserve">Which word means a </w:t>
      </w:r>
      <w:r>
        <w:rPr>
          <w:rStyle w:val="Strong"/>
        </w:rPr>
        <w:t>body movement</w:t>
      </w:r>
      <w:r>
        <w:t>?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a. shiver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>If you don’t want to do something, you ______ your head.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c. shake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lastRenderedPageBreak/>
        <w:t>I never enter competitions because they usually end in ______.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b. disappointment</w:t>
      </w:r>
    </w:p>
    <w:p w:rsidR="00DF774C" w:rsidRDefault="00DF774C" w:rsidP="00DF774C">
      <w:pPr>
        <w:pStyle w:val="NormalWeb"/>
        <w:numPr>
          <w:ilvl w:val="0"/>
          <w:numId w:val="10"/>
        </w:numPr>
      </w:pPr>
      <w:r>
        <w:t xml:space="preserve">If </w:t>
      </w:r>
      <w:proofErr w:type="spellStart"/>
      <w:r>
        <w:t>Raed</w:t>
      </w:r>
      <w:proofErr w:type="spellEnd"/>
      <w:r>
        <w:t xml:space="preserve"> invites me to the exhibition, I will definitely go.</w:t>
      </w:r>
      <w:r>
        <w:br/>
        <w:t>This means</w:t>
      </w:r>
      <w:proofErr w:type="gramStart"/>
      <w:r>
        <w:t>:</w:t>
      </w:r>
      <w:proofErr w:type="gramEnd"/>
      <w:r>
        <w:br/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Style w:val="Strong"/>
        </w:rPr>
        <w:t>b. The speaker is sure he will accept the invitation.</w:t>
      </w:r>
    </w:p>
    <w:p w:rsidR="00DF774C" w:rsidRDefault="00DF774C"/>
    <w:sectPr w:rsidR="00DF774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D7412CD"/>
    <w:multiLevelType w:val="multilevel"/>
    <w:tmpl w:val="E93A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A14C9"/>
    <w:rsid w:val="00AA1D8D"/>
    <w:rsid w:val="00B22C7B"/>
    <w:rsid w:val="00B47730"/>
    <w:rsid w:val="00CB0664"/>
    <w:rsid w:val="00DF774C"/>
    <w:rsid w:val="00E05FA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872F936-53B9-4671-ABA8-27A7E990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F7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CD57DF-C3D1-4589-B69D-47F94BAFB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account</cp:lastModifiedBy>
  <cp:revision>2</cp:revision>
  <dcterms:created xsi:type="dcterms:W3CDTF">2026-03-06T19:39:00Z</dcterms:created>
  <dcterms:modified xsi:type="dcterms:W3CDTF">2026-03-06T19:39:00Z</dcterms:modified>
  <cp:category/>
</cp:coreProperties>
</file>