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3F0" w:rsidRDefault="00A613F0" w:rsidP="00A613F0">
      <w:pPr>
        <w:pStyle w:val="Heading1"/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  <w:b/>
          <w:bCs/>
        </w:rPr>
        <w:t xml:space="preserve">Form </w:t>
      </w:r>
      <w:proofErr w:type="gramStart"/>
      <w:r>
        <w:rPr>
          <w:rStyle w:val="Strong"/>
          <w:b/>
          <w:bCs/>
        </w:rPr>
        <w:t>A</w:t>
      </w:r>
      <w:proofErr w:type="gramEnd"/>
      <w:r>
        <w:rPr>
          <w:rStyle w:val="Strong"/>
          <w:b/>
          <w:bCs/>
        </w:rPr>
        <w:t xml:space="preserve"> – Answer Key</w: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t>Q1: Reading (23 Marks)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pStyle w:val="NormalWeb"/>
      </w:pPr>
      <w:r>
        <w:rPr>
          <w:rStyle w:val="Strong"/>
        </w:rPr>
        <w:t>True / False</w:t>
      </w:r>
      <w:proofErr w:type="gramStart"/>
      <w:r>
        <w:rPr>
          <w:rStyle w:val="Strong"/>
        </w:rPr>
        <w:t>:</w:t>
      </w:r>
      <w:proofErr w:type="gramEnd"/>
      <w:r>
        <w:br/>
        <w:t>11) True</w:t>
      </w:r>
      <w:r>
        <w:br/>
        <w:t>12) True</w:t>
      </w:r>
      <w:r>
        <w:br/>
        <w:t>13) True</w:t>
      </w:r>
    </w:p>
    <w:p w:rsidR="00A613F0" w:rsidRDefault="00A613F0" w:rsidP="00A613F0">
      <w:r>
        <w:pict>
          <v:rect id="_x0000_i1025" style="width:0;height:1.5pt" o:hralign="center" o:hrstd="t" o:hr="t" fillcolor="#a0a0a0" stroked="f"/>
        </w:pic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t>Q2: Grammar (9 Marks)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(was having) 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(are designed) 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(if) 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(had arrived) 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(had it fixed) 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(not to touch) 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(was done) 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(was) </w:t>
      </w:r>
    </w:p>
    <w:p w:rsidR="00A613F0" w:rsidRDefault="00A613F0" w:rsidP="00A613F0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C (have) </w:t>
      </w:r>
    </w:p>
    <w:p w:rsidR="00A613F0" w:rsidRDefault="00A613F0" w:rsidP="00A613F0">
      <w:pPr>
        <w:spacing w:after="0"/>
      </w:pPr>
      <w:r>
        <w:pict>
          <v:rect id="_x0000_i1026" style="width:0;height:1.5pt" o:hralign="center" o:hrstd="t" o:hr="t" fillcolor="#a0a0a0" stroked="f"/>
        </w:pic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t>Q3: Writing (6 Marks)</w:t>
      </w:r>
    </w:p>
    <w:p w:rsidR="00A613F0" w:rsidRDefault="00A613F0" w:rsidP="00A613F0">
      <w:pPr>
        <w:pStyle w:val="NormalWeb"/>
      </w:pPr>
      <w:r>
        <w:rPr>
          <w:rStyle w:val="Strong"/>
        </w:rPr>
        <w:t>Reported Speech:</w:t>
      </w:r>
    </w:p>
    <w:p w:rsidR="00A613F0" w:rsidRDefault="00A613F0" w:rsidP="00A613F0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Jdoa</w:t>
      </w:r>
      <w:proofErr w:type="spellEnd"/>
      <w:r>
        <w:t xml:space="preserve"> said </w:t>
      </w:r>
      <w:r>
        <w:rPr>
          <w:rStyle w:val="Strong"/>
        </w:rPr>
        <w:t>that he was visiting the museum the next day.</w:t>
      </w:r>
      <w:r>
        <w:t xml:space="preserve"> </w:t>
      </w:r>
    </w:p>
    <w:p w:rsidR="00A613F0" w:rsidRDefault="00A613F0" w:rsidP="00A613F0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 xml:space="preserve">The students said </w:t>
      </w:r>
      <w:r>
        <w:rPr>
          <w:rStyle w:val="Strong"/>
        </w:rPr>
        <w:t>that they had finished their project.</w:t>
      </w:r>
      <w:r>
        <w:t xml:space="preserve"> </w:t>
      </w:r>
    </w:p>
    <w:p w:rsidR="00A613F0" w:rsidRDefault="00A613F0" w:rsidP="00A613F0">
      <w:pPr>
        <w:numPr>
          <w:ilvl w:val="0"/>
          <w:numId w:val="13"/>
        </w:numPr>
        <w:spacing w:before="100" w:beforeAutospacing="1" w:after="100" w:afterAutospacing="1" w:line="240" w:lineRule="auto"/>
      </w:pPr>
      <w:bookmarkStart w:id="0" w:name="_GoBack"/>
      <w:bookmarkEnd w:id="0"/>
      <w:r>
        <w:t xml:space="preserve">She asked me </w:t>
      </w:r>
      <w:r>
        <w:rPr>
          <w:rStyle w:val="Strong"/>
        </w:rPr>
        <w:t>why I had bought that old car.</w:t>
      </w:r>
      <w:r>
        <w:t xml:space="preserve"> </w:t>
      </w:r>
    </w:p>
    <w:p w:rsidR="00A613F0" w:rsidRDefault="00A613F0" w:rsidP="00A613F0">
      <w:pPr>
        <w:pStyle w:val="NormalWeb"/>
      </w:pPr>
      <w:r>
        <w:rPr>
          <w:rStyle w:val="Strong"/>
        </w:rPr>
        <w:lastRenderedPageBreak/>
        <w:t>Paragraph (</w:t>
      </w:r>
      <w:r>
        <w:rPr>
          <w:rStyle w:val="Strong"/>
          <w:rtl/>
        </w:rPr>
        <w:t>نموذج مقترح</w:t>
      </w:r>
      <w:r>
        <w:rPr>
          <w:rStyle w:val="Strong"/>
        </w:rPr>
        <w:t>)</w:t>
      </w:r>
      <w:proofErr w:type="gramStart"/>
      <w:r>
        <w:rPr>
          <w:rStyle w:val="Strong"/>
        </w:rPr>
        <w:t>:</w:t>
      </w:r>
      <w:proofErr w:type="gramEnd"/>
      <w:r>
        <w:br/>
        <w:t>I recently watched a very interesting movie. It was exciting and full of action. The story was easy to understand and the actors were excellent. I really enjoyed it and I recommend it to everyone.</w:t>
      </w:r>
    </w:p>
    <w:p w:rsidR="00A613F0" w:rsidRDefault="00A613F0" w:rsidP="00A613F0">
      <w:r>
        <w:pict>
          <v:rect id="_x0000_i1027" style="width:0;height:1.5pt" o:hralign="center" o:hrstd="t" o:hr="t" fillcolor="#a0a0a0" stroked="f"/>
        </w:pict>
      </w:r>
    </w:p>
    <w:p w:rsidR="00A613F0" w:rsidRDefault="00A613F0" w:rsidP="00A613F0">
      <w:pPr>
        <w:pStyle w:val="Heading1"/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  <w:b/>
          <w:bCs/>
        </w:rPr>
        <w:t>Form B – Answer Key</w: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t>Q1: Reading (23 Marks)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B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B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B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B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B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pStyle w:val="NormalWeb"/>
      </w:pPr>
      <w:r>
        <w:rPr>
          <w:rStyle w:val="Strong"/>
        </w:rPr>
        <w:t>True / False</w:t>
      </w:r>
      <w:proofErr w:type="gramStart"/>
      <w:r>
        <w:rPr>
          <w:rStyle w:val="Strong"/>
        </w:rPr>
        <w:t>:</w:t>
      </w:r>
      <w:proofErr w:type="gramEnd"/>
      <w:r>
        <w:br/>
        <w:t>22) True</w:t>
      </w:r>
      <w:r>
        <w:br/>
        <w:t>23) True</w:t>
      </w:r>
      <w:r>
        <w:br/>
        <w:t>24) False</w:t>
      </w:r>
    </w:p>
    <w:p w:rsidR="00A613F0" w:rsidRDefault="00A613F0" w:rsidP="00A613F0">
      <w:r>
        <w:pict>
          <v:rect id="_x0000_i1028" style="width:0;height:1.5pt" o:hralign="center" o:hrstd="t" o:hr="t" fillcolor="#a0a0a0" stroked="f"/>
        </w:pic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t>Q2: Grammar (9 Marks)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A (was having) 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A (are designed) 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A (if) 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A (had arrived) 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B (had it fixed) 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B (not to touch) 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B (was done) 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B (was) </w:t>
      </w:r>
    </w:p>
    <w:p w:rsidR="00A613F0" w:rsidRDefault="00A613F0" w:rsidP="00A613F0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B (have) </w:t>
      </w:r>
    </w:p>
    <w:p w:rsidR="00A613F0" w:rsidRDefault="00A613F0" w:rsidP="00A613F0">
      <w:pPr>
        <w:spacing w:after="0"/>
      </w:pPr>
      <w:r>
        <w:pict>
          <v:rect id="_x0000_i1029" style="width:0;height:1.5pt" o:hralign="center" o:hrstd="t" o:hr="t" fillcolor="#a0a0a0" stroked="f"/>
        </w:pic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t>Q3: Writing (6 Marks)</w:t>
      </w:r>
    </w:p>
    <w:p w:rsidR="00A613F0" w:rsidRDefault="00A613F0" w:rsidP="00A613F0">
      <w:pPr>
        <w:pStyle w:val="NormalWeb"/>
      </w:pPr>
      <w:r>
        <w:rPr>
          <w:rStyle w:val="Strong"/>
        </w:rPr>
        <w:t>Reported Speech:</w:t>
      </w:r>
    </w:p>
    <w:p w:rsidR="00A613F0" w:rsidRDefault="00A613F0" w:rsidP="00A613F0">
      <w:pPr>
        <w:numPr>
          <w:ilvl w:val="0"/>
          <w:numId w:val="16"/>
        </w:numPr>
        <w:spacing w:before="100" w:beforeAutospacing="1" w:after="100" w:afterAutospacing="1" w:line="240" w:lineRule="auto"/>
      </w:pPr>
      <w:proofErr w:type="spellStart"/>
      <w:r>
        <w:lastRenderedPageBreak/>
        <w:t>Jdoa</w:t>
      </w:r>
      <w:proofErr w:type="spellEnd"/>
      <w:r>
        <w:t xml:space="preserve"> said </w:t>
      </w:r>
      <w:r>
        <w:rPr>
          <w:rStyle w:val="Strong"/>
        </w:rPr>
        <w:t>that he was visiting the museum the next day.</w:t>
      </w:r>
      <w:r>
        <w:t xml:space="preserve"> </w:t>
      </w:r>
    </w:p>
    <w:p w:rsidR="00A613F0" w:rsidRDefault="00A613F0" w:rsidP="00A613F0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t xml:space="preserve">The students said </w:t>
      </w:r>
      <w:r>
        <w:rPr>
          <w:rStyle w:val="Strong"/>
        </w:rPr>
        <w:t>that they had finished their project.</w:t>
      </w:r>
      <w:r>
        <w:t xml:space="preserve"> </w:t>
      </w:r>
    </w:p>
    <w:p w:rsidR="00A613F0" w:rsidRDefault="00A613F0" w:rsidP="00A613F0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t xml:space="preserve">She asked me </w:t>
      </w:r>
      <w:r>
        <w:rPr>
          <w:rStyle w:val="Strong"/>
        </w:rPr>
        <w:t>why I had bought that old car.</w:t>
      </w:r>
      <w:r>
        <w:t xml:space="preserve"> </w:t>
      </w:r>
    </w:p>
    <w:p w:rsidR="00A613F0" w:rsidRDefault="00A613F0" w:rsidP="00A613F0">
      <w:pPr>
        <w:pStyle w:val="NormalWeb"/>
      </w:pPr>
      <w:r>
        <w:rPr>
          <w:rStyle w:val="Strong"/>
        </w:rPr>
        <w:t>Paragraph (</w:t>
      </w:r>
      <w:r>
        <w:rPr>
          <w:rStyle w:val="Strong"/>
          <w:rtl/>
        </w:rPr>
        <w:t>نموذج مقترح</w:t>
      </w:r>
      <w:r>
        <w:rPr>
          <w:rStyle w:val="Strong"/>
        </w:rPr>
        <w:t>)</w:t>
      </w:r>
      <w:proofErr w:type="gramStart"/>
      <w:r>
        <w:rPr>
          <w:rStyle w:val="Strong"/>
        </w:rPr>
        <w:t>:</w:t>
      </w:r>
      <w:proofErr w:type="gramEnd"/>
      <w:r>
        <w:br/>
        <w:t>I recently read a nice book. It was very interesting and enjoyable. The story was simple and the characters were great. I liked it a lot and I advise my friends to read it.</w:t>
      </w:r>
    </w:p>
    <w:p w:rsidR="00A613F0" w:rsidRDefault="00A613F0" w:rsidP="00A613F0">
      <w:r>
        <w:pict>
          <v:rect id="_x0000_i1030" style="width:0;height:1.5pt" o:hralign="center" o:hrstd="t" o:hr="t" fillcolor="#a0a0a0" stroked="f"/>
        </w:pict>
      </w:r>
    </w:p>
    <w:p w:rsidR="00A613F0" w:rsidRDefault="00A613F0" w:rsidP="00A613F0">
      <w:pPr>
        <w:pStyle w:val="Heading1"/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  <w:b/>
          <w:bCs/>
        </w:rPr>
        <w:t>Form C – Answer Key</w: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t>Q1: Reading (23 Marks)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A </w:t>
      </w:r>
    </w:p>
    <w:p w:rsidR="00A613F0" w:rsidRDefault="00A613F0" w:rsidP="00A613F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t xml:space="preserve">C </w:t>
      </w:r>
    </w:p>
    <w:p w:rsidR="00A613F0" w:rsidRDefault="00A613F0" w:rsidP="00A613F0">
      <w:pPr>
        <w:pStyle w:val="NormalWeb"/>
      </w:pPr>
      <w:r>
        <w:rPr>
          <w:rStyle w:val="Strong"/>
        </w:rPr>
        <w:t>True / False</w:t>
      </w:r>
      <w:proofErr w:type="gramStart"/>
      <w:r>
        <w:rPr>
          <w:rStyle w:val="Strong"/>
        </w:rPr>
        <w:t>:</w:t>
      </w:r>
      <w:proofErr w:type="gramEnd"/>
      <w:r>
        <w:br/>
        <w:t>33) True</w:t>
      </w:r>
      <w:r>
        <w:br/>
        <w:t>34) True</w:t>
      </w:r>
      <w:r>
        <w:br/>
        <w:t>35) True</w:t>
      </w:r>
    </w:p>
    <w:p w:rsidR="00A613F0" w:rsidRDefault="00A613F0" w:rsidP="00A613F0">
      <w:r>
        <w:pict>
          <v:rect id="_x0000_i1031" style="width:0;height:1.5pt" o:hralign="center" o:hrstd="t" o:hr="t" fillcolor="#a0a0a0" stroked="f"/>
        </w:pic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t>Q2: Grammar (9 Marks)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B (was having) 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B (are designed) 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B (if) 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B (had arrived) 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C (had it fixed) 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C (not to touch) 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C (was done) 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C (was) </w:t>
      </w:r>
    </w:p>
    <w:p w:rsidR="00A613F0" w:rsidRDefault="00A613F0" w:rsidP="00A613F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C (have) </w:t>
      </w:r>
    </w:p>
    <w:p w:rsidR="00A613F0" w:rsidRDefault="00A613F0" w:rsidP="00A613F0">
      <w:pPr>
        <w:spacing w:after="0"/>
      </w:pPr>
      <w:r>
        <w:pict>
          <v:rect id="_x0000_i1032" style="width:0;height:1.5pt" o:hralign="center" o:hrstd="t" o:hr="t" fillcolor="#a0a0a0" stroked="f"/>
        </w:pict>
      </w:r>
    </w:p>
    <w:p w:rsidR="00A613F0" w:rsidRDefault="00A613F0" w:rsidP="00A613F0">
      <w:pPr>
        <w:pStyle w:val="Heading2"/>
      </w:pPr>
      <w:r>
        <w:rPr>
          <w:rStyle w:val="Strong"/>
          <w:b/>
          <w:bCs/>
        </w:rPr>
        <w:lastRenderedPageBreak/>
        <w:t>Q3: Writing (6 Marks)</w:t>
      </w:r>
    </w:p>
    <w:p w:rsidR="00A613F0" w:rsidRDefault="00A613F0" w:rsidP="00A613F0">
      <w:pPr>
        <w:pStyle w:val="NormalWeb"/>
      </w:pPr>
      <w:r>
        <w:rPr>
          <w:rStyle w:val="Strong"/>
        </w:rPr>
        <w:t>Reported Speech:</w:t>
      </w:r>
    </w:p>
    <w:p w:rsidR="00A613F0" w:rsidRDefault="00A613F0" w:rsidP="00A613F0">
      <w:pPr>
        <w:numPr>
          <w:ilvl w:val="0"/>
          <w:numId w:val="19"/>
        </w:numPr>
        <w:spacing w:before="100" w:beforeAutospacing="1" w:after="100" w:afterAutospacing="1" w:line="240" w:lineRule="auto"/>
      </w:pPr>
      <w:proofErr w:type="spellStart"/>
      <w:r>
        <w:t>Jdoa</w:t>
      </w:r>
      <w:proofErr w:type="spellEnd"/>
      <w:r>
        <w:t xml:space="preserve"> said </w:t>
      </w:r>
      <w:r>
        <w:rPr>
          <w:rStyle w:val="Strong"/>
        </w:rPr>
        <w:t>that he was visiting the museum the next day.</w:t>
      </w:r>
      <w:r>
        <w:t xml:space="preserve"> </w:t>
      </w:r>
    </w:p>
    <w:p w:rsidR="00A613F0" w:rsidRDefault="00A613F0" w:rsidP="00A613F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 xml:space="preserve">The students said </w:t>
      </w:r>
      <w:r>
        <w:rPr>
          <w:rStyle w:val="Strong"/>
        </w:rPr>
        <w:t>that they had finished their project.</w:t>
      </w:r>
      <w:r>
        <w:t xml:space="preserve"> </w:t>
      </w:r>
    </w:p>
    <w:p w:rsidR="00A613F0" w:rsidRDefault="00A613F0" w:rsidP="00A613F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 xml:space="preserve">She asked me </w:t>
      </w:r>
      <w:r>
        <w:rPr>
          <w:rStyle w:val="Strong"/>
        </w:rPr>
        <w:t>why I had bought that old car.</w:t>
      </w:r>
      <w:r>
        <w:t xml:space="preserve"> </w:t>
      </w:r>
    </w:p>
    <w:p w:rsidR="00A613F0" w:rsidRDefault="00A613F0" w:rsidP="00A613F0">
      <w:pPr>
        <w:pStyle w:val="NormalWeb"/>
      </w:pPr>
      <w:r>
        <w:rPr>
          <w:rStyle w:val="Strong"/>
        </w:rPr>
        <w:t>Paragraph (</w:t>
      </w:r>
      <w:r>
        <w:rPr>
          <w:rStyle w:val="Strong"/>
          <w:rtl/>
        </w:rPr>
        <w:t>نموذج مقترح</w:t>
      </w:r>
      <w:r>
        <w:rPr>
          <w:rStyle w:val="Strong"/>
        </w:rPr>
        <w:t>)</w:t>
      </w:r>
      <w:proofErr w:type="gramStart"/>
      <w:r>
        <w:rPr>
          <w:rStyle w:val="Strong"/>
        </w:rPr>
        <w:t>:</w:t>
      </w:r>
      <w:proofErr w:type="gramEnd"/>
      <w:r>
        <w:br/>
        <w:t>I watched a wonderful movie last week. It was very entertaining and fun. The actors did a great job and the story was amazing. I really enjoyed it and I would like to watch it again.</w:t>
      </w:r>
    </w:p>
    <w:p w:rsidR="00A613F0" w:rsidRDefault="00A613F0" w:rsidP="00A613F0">
      <w:r>
        <w:pict>
          <v:rect id="_x0000_i1033" style="width:0;height:1.5pt" o:hralign="center" o:hrstd="t" o:hr="t" fillcolor="#a0a0a0" stroked="f"/>
        </w:pict>
      </w:r>
    </w:p>
    <w:p w:rsidR="00A613F0" w:rsidRDefault="00A613F0" w:rsidP="00A613F0">
      <w:pPr>
        <w:pStyle w:val="Heading2"/>
      </w:pPr>
      <w:r>
        <w:rPr>
          <w:rFonts w:ascii="Segoe UI Symbol" w:hAnsi="Segoe UI Symbol" w:cs="Segoe UI Symbol"/>
        </w:rPr>
        <w:t>🔥</w:t>
      </w:r>
      <w:r>
        <w:t xml:space="preserve"> </w:t>
      </w:r>
      <w:r>
        <w:rPr>
          <w:rtl/>
        </w:rPr>
        <w:t>ملاحظة مهمة لك كمعلم</w:t>
      </w:r>
      <w:r>
        <w:t>:</w:t>
      </w:r>
    </w:p>
    <w:p w:rsidR="00A613F0" w:rsidRDefault="00A613F0" w:rsidP="00A613F0">
      <w:pPr>
        <w:numPr>
          <w:ilvl w:val="0"/>
          <w:numId w:val="20"/>
        </w:numPr>
        <w:spacing w:before="100" w:beforeAutospacing="1" w:after="100" w:afterAutospacing="1" w:line="240" w:lineRule="auto"/>
      </w:pPr>
      <w:r>
        <w:rPr>
          <w:rtl/>
        </w:rPr>
        <w:t xml:space="preserve">الامتحان </w:t>
      </w:r>
      <w:r>
        <w:rPr>
          <w:rStyle w:val="Strong"/>
          <w:rtl/>
        </w:rPr>
        <w:t>متوازن جدًا</w:t>
      </w:r>
      <w:r>
        <w:rPr>
          <w:rtl/>
        </w:rPr>
        <w:t xml:space="preserve"> </w:t>
      </w:r>
      <w:r>
        <w:rPr>
          <w:rFonts w:ascii="Segoe UI Symbol" w:hAnsi="Segoe UI Symbol" w:cs="Segoe UI Symbol"/>
        </w:rPr>
        <w:t>✔</w:t>
      </w:r>
      <w:r>
        <w:rPr>
          <w:rFonts w:ascii="Times New Roman" w:hAnsi="Times New Roman" w:cs="Times New Roman"/>
        </w:rPr>
        <w:t>️</w:t>
      </w:r>
      <w:r>
        <w:t xml:space="preserve"> </w:t>
      </w:r>
    </w:p>
    <w:p w:rsidR="00A613F0" w:rsidRDefault="00A613F0" w:rsidP="00A613F0">
      <w:pPr>
        <w:numPr>
          <w:ilvl w:val="0"/>
          <w:numId w:val="20"/>
        </w:numPr>
        <w:spacing w:before="100" w:beforeAutospacing="1" w:after="100" w:afterAutospacing="1" w:line="240" w:lineRule="auto"/>
      </w:pPr>
      <w:r>
        <w:rPr>
          <w:rtl/>
        </w:rPr>
        <w:t>يغطي</w:t>
      </w:r>
      <w:r>
        <w:t xml:space="preserve">: Reading + Grammar + Writing </w:t>
      </w:r>
    </w:p>
    <w:p w:rsidR="00A613F0" w:rsidRDefault="00A613F0" w:rsidP="00A613F0">
      <w:pPr>
        <w:numPr>
          <w:ilvl w:val="0"/>
          <w:numId w:val="20"/>
        </w:numPr>
        <w:spacing w:before="100" w:beforeAutospacing="1" w:after="100" w:afterAutospacing="1" w:line="240" w:lineRule="auto"/>
      </w:pPr>
      <w:r>
        <w:rPr>
          <w:rtl/>
        </w:rPr>
        <w:t>مستوى مناسب للصف العاشر</w:t>
      </w:r>
      <w:r>
        <w:t xml:space="preserve"> </w:t>
      </w:r>
      <w:r>
        <w:rPr>
          <w:rFonts w:ascii="Segoe UI Symbol" w:hAnsi="Segoe UI Symbol" w:cs="Segoe UI Symbol"/>
        </w:rPr>
        <w:t>👍</w:t>
      </w:r>
    </w:p>
    <w:p w:rsidR="00DF774C" w:rsidRPr="00A613F0" w:rsidRDefault="00DF774C" w:rsidP="00A613F0"/>
    <w:sectPr w:rsidR="00DF774C" w:rsidRPr="00A613F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5B7326A"/>
    <w:multiLevelType w:val="multilevel"/>
    <w:tmpl w:val="B5925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E234D1"/>
    <w:multiLevelType w:val="multilevel"/>
    <w:tmpl w:val="CCC8C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8479B9"/>
    <w:multiLevelType w:val="multilevel"/>
    <w:tmpl w:val="DF623A4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4B5429"/>
    <w:multiLevelType w:val="multilevel"/>
    <w:tmpl w:val="E6A271C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A45076"/>
    <w:multiLevelType w:val="multilevel"/>
    <w:tmpl w:val="FE56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224B2F"/>
    <w:multiLevelType w:val="multilevel"/>
    <w:tmpl w:val="2F04193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B85355"/>
    <w:multiLevelType w:val="multilevel"/>
    <w:tmpl w:val="6D7EEA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7412CD"/>
    <w:multiLevelType w:val="multilevel"/>
    <w:tmpl w:val="E93A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DC688C"/>
    <w:multiLevelType w:val="multilevel"/>
    <w:tmpl w:val="29E6D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862931"/>
    <w:multiLevelType w:val="multilevel"/>
    <w:tmpl w:val="10FA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4F35DE"/>
    <w:multiLevelType w:val="multilevel"/>
    <w:tmpl w:val="9FEC8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6"/>
  </w:num>
  <w:num w:numId="11">
    <w:abstractNumId w:val="17"/>
  </w:num>
  <w:num w:numId="12">
    <w:abstractNumId w:val="9"/>
  </w:num>
  <w:num w:numId="13">
    <w:abstractNumId w:val="10"/>
  </w:num>
  <w:num w:numId="14">
    <w:abstractNumId w:val="15"/>
  </w:num>
  <w:num w:numId="15">
    <w:abstractNumId w:val="14"/>
  </w:num>
  <w:num w:numId="16">
    <w:abstractNumId w:val="18"/>
  </w:num>
  <w:num w:numId="17">
    <w:abstractNumId w:val="11"/>
  </w:num>
  <w:num w:numId="18">
    <w:abstractNumId w:val="12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A14C9"/>
    <w:rsid w:val="00A613F0"/>
    <w:rsid w:val="00AA1D8D"/>
    <w:rsid w:val="00B22C7B"/>
    <w:rsid w:val="00B47730"/>
    <w:rsid w:val="00CB0664"/>
    <w:rsid w:val="00DF774C"/>
    <w:rsid w:val="00E05FA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872F936-53B9-4671-ABA8-27A7E990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DF7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438052-2DDD-49FC-A33F-120FFCFC6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2148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account</cp:lastModifiedBy>
  <cp:revision>2</cp:revision>
  <dcterms:created xsi:type="dcterms:W3CDTF">2026-04-10T15:29:00Z</dcterms:created>
  <dcterms:modified xsi:type="dcterms:W3CDTF">2026-04-10T15:29:00Z</dcterms:modified>
  <cp:category/>
</cp:coreProperties>
</file>