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المملكة الأردنية الهاشمية</w:t>
      </w:r>
    </w:p>
    <w:p>
      <w:pPr>
        <w:pStyle w:val="Heading2"/>
      </w:pPr>
      <w:r>
        <w:t>وزارة التربية والتعليم</w:t>
      </w:r>
    </w:p>
    <w:p>
      <w:r>
        <w:t>شعار وزارة التربية والتعليم</w:t>
      </w:r>
    </w:p>
    <w:p>
      <w:r>
        <w:t>سراج - إطلاق تجريبي</w:t>
      </w:r>
    </w:p>
    <w:p>
      <w:r>
        <w:t>مساعدك الذكي في فهم منهاج المدرسة</w:t>
      </w:r>
    </w:p>
    <w:p>
      <w:r>
        <w:br/>
        <w:t>ورقة عمل للأستاذ مأمون الهياجنة</w:t>
      </w:r>
    </w:p>
    <w:p>
      <w:r>
        <w:t>الصف السابع</w:t>
      </w:r>
    </w:p>
    <w:p>
      <w:r>
        <w:t>==================================================</w:t>
      </w:r>
    </w:p>
    <w:p>
      <w:pPr>
        <w:pStyle w:val="Heading2"/>
      </w:pPr>
      <w:r>
        <w:t>أولاً: ورقة عمل عن كرة القدم</w:t>
      </w:r>
    </w:p>
    <w:p>
      <w:pPr>
        <w:pStyle w:val="Heading3"/>
      </w:pPr>
      <w:r>
        <w:t>1) ملخص الموضوع:</w:t>
      </w:r>
    </w:p>
    <w:p>
      <w:r>
        <w:t>كرة القدم هي رياضة جماعية تُلعب بين فريقين، كل فريق يتكون من أحد عشر لاعبًا. الهدف الأساسي هو تسجيل أكبر عدد من الأهداف في مرمى الفريق المنافس باستخدام القدمين بشكل رئيسي، مع إمكانية استخدام أجزاء أخرى من الجسم باستثناء اليدين (باستثناء حارس المرمى داخل منطقة الجزاء). تتطلب كرة القدم مهارات مثل التمرير، السيطرة على الكرة، التسديد، والمراوغة، بالإضافة إلى التعاون والعمل الجماعي.</w:t>
      </w:r>
    </w:p>
    <w:p>
      <w:pPr>
        <w:pStyle w:val="Heading3"/>
      </w:pPr>
      <w:r>
        <w:t>2) نواتج التعلم:</w:t>
      </w:r>
    </w:p>
    <w:p>
      <w:pPr>
        <w:pStyle w:val="ListBullet"/>
      </w:pPr>
      <w:r>
        <w:t>تعريف كرة القدم وأساسياتها.</w:t>
      </w:r>
    </w:p>
    <w:p>
      <w:pPr>
        <w:pStyle w:val="ListBullet"/>
      </w:pPr>
      <w:r>
        <w:t>ذكر عدد لاعبي الفريق ومهامهم الأساسية.</w:t>
      </w:r>
    </w:p>
    <w:p>
      <w:pPr>
        <w:pStyle w:val="ListBullet"/>
      </w:pPr>
      <w:r>
        <w:t>وصف مهارات التمرير والسيطرة على الكرة.</w:t>
      </w:r>
    </w:p>
    <w:p>
      <w:pPr>
        <w:pStyle w:val="ListBullet"/>
      </w:pPr>
      <w:r>
        <w:t>توضيح قواعد اللعبة الأساسية.</w:t>
      </w:r>
    </w:p>
    <w:p>
      <w:pPr>
        <w:pStyle w:val="ListBullet"/>
      </w:pPr>
      <w:r>
        <w:t>التعبير عن أهمية الروح الرياضية.</w:t>
      </w:r>
    </w:p>
    <w:p>
      <w:pPr>
        <w:pStyle w:val="Heading3"/>
      </w:pPr>
      <w:r>
        <w:t>3) الأسئلة:</w:t>
      </w:r>
    </w:p>
    <w:p>
      <w:r>
        <w:t>السؤال الأول: اختر الإجابة الصحيحة:</w:t>
      </w:r>
    </w:p>
    <w:p>
      <w:r>
        <w:t>1- كم عدد لاعبي كل فريق؟ (9) (11) (7) (5)</w:t>
      </w:r>
    </w:p>
    <w:p>
      <w:r>
        <w:t>2- أي جزء من الجسم يُسمح باستخدامه لتسجيل الأهداف؟</w:t>
      </w:r>
    </w:p>
    <w:p>
      <w:r>
        <w:t>3- ما اسم اللاعب الذي يُسمح له باستخدام يديه داخل منطقة الجزاء؟</w:t>
      </w:r>
    </w:p>
    <w:p>
      <w:r>
        <w:br/>
        <w:t>السؤال الثاني: املأ الفراغات:</w:t>
      </w:r>
    </w:p>
    <w:p>
      <w:r>
        <w:t>1- مهارة التمرير تتم باستخدام ______ القدم.</w:t>
      </w:r>
    </w:p>
    <w:p>
      <w:r>
        <w:t>2- اللاعب الذي يدافع عن المرمى يسمى ______.</w:t>
      </w:r>
    </w:p>
    <w:p>
      <w:r>
        <w:t>3- يجب أن يتحلى اللاعب بـ ______ أثناء المباراة.</w:t>
      </w:r>
    </w:p>
    <w:p>
      <w:r>
        <w:t>4- الهدف من المباراة هو تسجيل ______.</w:t>
      </w:r>
    </w:p>
    <w:p>
      <w:r>
        <w:br/>
        <w:t>السؤال الثالث: ضع ✓ أو ✗:</w:t>
      </w:r>
    </w:p>
    <w:p>
      <w:r>
        <w:t>1- كرة القدم تُلعب بفريقين كل فريق 11 لاعبًا. ( )</w:t>
      </w:r>
    </w:p>
    <w:p>
      <w:r>
        <w:t>2- يُسمح باستخدام الأيدي في أي مكان في الملعب. ( )</w:t>
      </w:r>
    </w:p>
    <w:p>
      <w:r>
        <w:t>3- التمرير بوجه القدم الداخلي من أهم المهارات. ( )</w:t>
      </w:r>
    </w:p>
    <w:p>
      <w:r>
        <w:t>4- التعصب يعزز الروح الرياضية. ( )</w:t>
      </w:r>
    </w:p>
    <w:p>
      <w:r>
        <w:br/>
        <w:t>السؤال الرابع:</w:t>
      </w:r>
    </w:p>
    <w:p>
      <w:r>
        <w:t>اكتب فقرة من 5-7 جمل عن أهمية الروح الرياضية في كرة القدم.</w:t>
      </w:r>
    </w:p>
    <w:p>
      <w:pPr>
        <w:pStyle w:val="Heading3"/>
      </w:pPr>
      <w:r>
        <w:t>4) الإجابات النموذجية:</w:t>
      </w:r>
    </w:p>
    <w:p>
      <w:r>
        <w:t>السؤال الأول: 11 لاعبًا – القدم مع استثناء الحارس – حارس المرمى.</w:t>
      </w:r>
    </w:p>
    <w:p>
      <w:r>
        <w:t>السؤال الثاني: القدم الداخلي – المدافع – الروح الرياضية – أهداف.</w:t>
      </w:r>
    </w:p>
    <w:p>
      <w:r>
        <w:t>السؤال الثالث: ✓ ✗ ✓ ✗</w:t>
      </w:r>
    </w:p>
    <w:p>
      <w:r>
        <w:t>==================================================</w:t>
      </w:r>
    </w:p>
    <w:p>
      <w:pPr>
        <w:pStyle w:val="Heading2"/>
      </w:pPr>
      <w:r>
        <w:t>ثانياً: شرح أنواع الوثب للصف السابع</w:t>
      </w:r>
    </w:p>
    <w:p>
      <w:pPr>
        <w:pStyle w:val="Heading3"/>
      </w:pPr>
      <w:r>
        <w:t>1) ملخص الموضوع:</w:t>
      </w:r>
    </w:p>
    <w:p>
      <w:r>
        <w:t>الوثب هو مهارة رياضية تهدف إلى القفز لمسافة أو ارتفاع معين باستخدام قوة الجسم والمهارة الفنية. من أهم أنواعه: الوثب الطويل، الوثب العالي، والوثب الثلاثي.</w:t>
      </w:r>
    </w:p>
    <w:p>
      <w:pPr>
        <w:pStyle w:val="Heading3"/>
      </w:pPr>
      <w:r>
        <w:t>2) أنواع الوثب:</w:t>
      </w:r>
    </w:p>
    <w:p>
      <w:pPr>
        <w:pStyle w:val="Heading4"/>
      </w:pPr>
      <w:r>
        <w:t>أ- الوثب الطويل:</w:t>
      </w:r>
    </w:p>
    <w:p>
      <w:r>
        <w:t>الهدف هو القفز لأبعد مسافة ممكنة أفقياً. يبدأ اللاعب بالجري ثم القفز من قدم واحدة، مع الحفاظ على التوازن أثناء الطيران والهبوط.</w:t>
      </w:r>
    </w:p>
    <w:p>
      <w:pPr>
        <w:pStyle w:val="Heading4"/>
      </w:pPr>
      <w:r>
        <w:t>ب- الوثب العالي:</w:t>
      </w:r>
    </w:p>
    <w:p>
      <w:r>
        <w:t>الهدف هو القفز لأعلى ارتفاع ممكن فوق العارضة. يبدأ اللاعب بالجري ثم يقفز ليعبر العارضة باستخدام أسلوب فني مناسب.</w:t>
      </w:r>
    </w:p>
    <w:p>
      <w:pPr>
        <w:pStyle w:val="Heading4"/>
      </w:pPr>
      <w:r>
        <w:t>ج- الوثب الثلاثي:</w:t>
      </w:r>
    </w:p>
    <w:p>
      <w:r>
        <w:t>يتكون من ثلاث مراحل: قفزة، خطوة، قفزة. يتطلب تنسيقًا عاليًا للحفاظ على السرعة والتوازن لتحقيق أفضل مسافة.</w:t>
      </w:r>
    </w:p>
    <w:p>
      <w:pPr>
        <w:pStyle w:val="Heading3"/>
      </w:pPr>
      <w:r>
        <w:t>3) نواتج التعلم:</w:t>
      </w:r>
    </w:p>
    <w:p>
      <w:pPr>
        <w:pStyle w:val="ListBullet"/>
      </w:pPr>
      <w:r>
        <w:t>تعريف أنواع الوثب.</w:t>
      </w:r>
    </w:p>
    <w:p>
      <w:pPr>
        <w:pStyle w:val="ListBullet"/>
      </w:pPr>
      <w:r>
        <w:t>التمييز بين الوثب الطويل والعالي.</w:t>
      </w:r>
    </w:p>
    <w:p>
      <w:pPr>
        <w:pStyle w:val="ListBullet"/>
      </w:pPr>
      <w:r>
        <w:t>فهم المراحل الأساسية للوثب الثلاثي.</w:t>
      </w:r>
    </w:p>
    <w:p>
      <w:pPr>
        <w:pStyle w:val="ListBullet"/>
      </w:pPr>
      <w:r>
        <w:t>تطبيق المهارات بطريقة صحيحة.</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