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المملكة الأردنية الهاشمية</w:t>
      </w:r>
    </w:p>
    <w:p>
      <w:pPr>
        <w:jc w:val="center"/>
      </w:pPr>
      <w:r>
        <w:rPr>
          <w:b/>
          <w:sz w:val="28"/>
        </w:rPr>
        <w:t>وزارة التربية والتعليم</w:t>
      </w:r>
    </w:p>
    <w:p>
      <w:pPr>
        <w:jc w:val="center"/>
      </w:pPr>
      <w:r>
        <w:rPr>
          <w:b/>
          <w:sz w:val="28"/>
        </w:rPr>
        <w:t>سراج</w:t>
      </w:r>
    </w:p>
    <w:p>
      <w:pPr>
        <w:jc w:val="center"/>
      </w:pPr>
      <w:r>
        <w:rPr>
          <w:b w:val="0"/>
          <w:sz w:val="24"/>
        </w:rPr>
        <w:t>إطلاق تجريبي</w:t>
      </w:r>
    </w:p>
    <w:p>
      <w:pPr>
        <w:jc w:val="center"/>
      </w:pPr>
      <w:r>
        <w:rPr>
          <w:b w:val="0"/>
          <w:sz w:val="24"/>
        </w:rPr>
        <w:t>مساعدك الذكي في فهم منهاج المدرسة</w:t>
      </w:r>
    </w:p>
    <w:p>
      <w:r>
        <w:br/>
      </w:r>
    </w:p>
    <w:p>
      <w:pPr>
        <w:jc w:val="center"/>
      </w:pPr>
      <w:r>
        <w:rPr>
          <w:b/>
          <w:sz w:val="36"/>
        </w:rPr>
        <w:t>ورقة عمل لمادة التربية البدنية</w:t>
      </w:r>
    </w:p>
    <w:p>
      <w:pPr>
        <w:jc w:val="center"/>
      </w:pPr>
      <w:r>
        <w:rPr>
          <w:b/>
          <w:sz w:val="28"/>
        </w:rPr>
        <w:t>للأستاذ مأمون هياجنة</w:t>
      </w:r>
    </w:p>
    <w:p>
      <w:pPr>
        <w:jc w:val="center"/>
      </w:pPr>
      <w:r>
        <w:rPr>
          <w:b/>
          <w:sz w:val="28"/>
        </w:rPr>
        <w:t>ورقة عمل عن كرة القدم - الصف السابع</w:t>
      </w:r>
    </w:p>
    <w:p>
      <w:r>
        <w:br/>
      </w:r>
    </w:p>
    <w:p>
      <w:pPr>
        <w:jc w:val="right"/>
      </w:pPr>
      <w:r>
        <w:rPr>
          <w:b w:val="0"/>
          <w:sz w:val="26"/>
        </w:rPr>
        <w:t>اسم الطالب: ____________________</w:t>
      </w:r>
    </w:p>
    <w:p>
      <w:pPr>
        <w:jc w:val="right"/>
      </w:pPr>
      <w:r>
        <w:rPr>
          <w:b w:val="0"/>
          <w:sz w:val="26"/>
        </w:rPr>
        <w:t>الشعبة: ____________    التاريخ: ____________</w:t>
      </w:r>
    </w:p>
    <w:p>
      <w:r>
        <w:br/>
      </w:r>
    </w:p>
    <w:p>
      <w:pPr>
        <w:jc w:val="right"/>
      </w:pPr>
      <w:r>
        <w:rPr>
          <w:b/>
          <w:sz w:val="32"/>
        </w:rPr>
        <w:t>1) ملخص الموضوع:</w:t>
      </w:r>
    </w:p>
    <w:p>
      <w:pPr>
        <w:jc w:val="right"/>
      </w:pPr>
      <w:r>
        <w:rPr>
          <w:b w:val="0"/>
          <w:sz w:val="28"/>
        </w:rPr>
        <w:t>كرة القدم هي رياضة جماعية تُلعب بين فريقين، كل فريق يتكون من أحد عشر لاعبًا.</w:t>
      </w:r>
    </w:p>
    <w:p>
      <w:pPr>
        <w:jc w:val="right"/>
      </w:pPr>
      <w:r>
        <w:rPr>
          <w:b w:val="0"/>
          <w:sz w:val="28"/>
        </w:rPr>
        <w:t>الهدف الأساسي هو تسجيل أكبر عدد من الأهداف في مرمى الفريق المنافس باستخدام القدمين بشكل رئيسي.</w:t>
      </w:r>
    </w:p>
    <w:p>
      <w:pPr>
        <w:jc w:val="right"/>
      </w:pPr>
      <w:r>
        <w:rPr>
          <w:b w:val="0"/>
          <w:sz w:val="28"/>
        </w:rPr>
        <w:t>تتطلب كرة القدم مهارات مثل التمرير، السيطرة على الكرة، التسديد، والمراوغة، إضافة إلى التعاون والعمل الجماعي.</w:t>
      </w:r>
    </w:p>
    <w:p>
      <w:r>
        <w:br/>
      </w:r>
    </w:p>
    <w:p>
      <w:pPr>
        <w:jc w:val="right"/>
      </w:pPr>
      <w:r>
        <w:rPr>
          <w:b/>
          <w:sz w:val="32"/>
        </w:rPr>
        <w:t>2) نواتج التعلّم:</w:t>
      </w:r>
    </w:p>
    <w:p>
      <w:pPr>
        <w:pStyle w:val="ListBullet"/>
        <w:jc w:val="right"/>
      </w:pPr>
      <w:r>
        <w:rPr>
          <w:sz w:val="26"/>
        </w:rPr>
        <w:t>تعريف كرة القدم وأساسياتها.</w:t>
      </w:r>
    </w:p>
    <w:p>
      <w:pPr>
        <w:pStyle w:val="ListBullet"/>
        <w:jc w:val="right"/>
      </w:pPr>
      <w:r>
        <w:rPr>
          <w:sz w:val="26"/>
        </w:rPr>
        <w:t>ذكر عدد لاعبي الفريق ومهامهم الأساسية.</w:t>
      </w:r>
    </w:p>
    <w:p>
      <w:pPr>
        <w:pStyle w:val="ListBullet"/>
        <w:jc w:val="right"/>
      </w:pPr>
      <w:r>
        <w:rPr>
          <w:sz w:val="26"/>
        </w:rPr>
        <w:t>وصف مهارات التمرير والسيطرة على الكرة.</w:t>
      </w:r>
    </w:p>
    <w:p>
      <w:pPr>
        <w:pStyle w:val="ListBullet"/>
        <w:jc w:val="right"/>
      </w:pPr>
      <w:r>
        <w:rPr>
          <w:sz w:val="26"/>
        </w:rPr>
        <w:t>توضيح قواعد اللعبة الأساسية.</w:t>
      </w:r>
    </w:p>
    <w:p>
      <w:pPr>
        <w:pStyle w:val="ListBullet"/>
        <w:jc w:val="right"/>
      </w:pPr>
      <w:r>
        <w:rPr>
          <w:sz w:val="26"/>
        </w:rPr>
        <w:t>التعبير عن أهمية الروح الرياضية في كرة القدم.</w:t>
      </w:r>
    </w:p>
    <w:p>
      <w:r>
        <w:br/>
      </w:r>
    </w:p>
    <w:p>
      <w:pPr>
        <w:jc w:val="right"/>
      </w:pPr>
      <w:r>
        <w:rPr>
          <w:b/>
          <w:sz w:val="32"/>
        </w:rPr>
        <w:t>3) ورقة العمل:</w:t>
      </w:r>
    </w:p>
    <w:p>
      <w:pPr>
        <w:jc w:val="right"/>
      </w:pPr>
      <w:r>
        <w:rPr>
          <w:b/>
          <w:sz w:val="28"/>
        </w:rPr>
        <w:t>السؤال الأول: اختر الإجابة الصحيحة:</w:t>
      </w:r>
    </w:p>
    <w:p>
      <w:pPr>
        <w:jc w:val="right"/>
      </w:pPr>
      <w:r>
        <w:rPr>
          <w:b w:val="0"/>
          <w:sz w:val="28"/>
        </w:rPr>
        <w:t>1- كم عدد لاعبي كل فريق في كرة القدم؟</w:t>
      </w:r>
    </w:p>
    <w:p>
      <w:pPr>
        <w:jc w:val="right"/>
      </w:pPr>
      <w:r>
        <w:rPr>
          <w:b w:val="0"/>
          <w:sz w:val="28"/>
        </w:rPr>
        <w:t>أ) 9 لاعبين    ب) 11 لاعبًا    ج) 7 لاعبين    د) 5 لاعبين</w:t>
      </w:r>
    </w:p>
    <w:p>
      <w:pPr>
        <w:jc w:val="right"/>
      </w:pPr>
      <w:r>
        <w:rPr>
          <w:b w:val="0"/>
          <w:sz w:val="28"/>
        </w:rPr>
        <w:t>2- أي جزء من الجسم يُسمح باستخدامه لتسجيل الأهداف؟</w:t>
      </w:r>
    </w:p>
    <w:p>
      <w:pPr>
        <w:jc w:val="right"/>
      </w:pPr>
      <w:r>
        <w:rPr>
          <w:b w:val="0"/>
          <w:sz w:val="28"/>
        </w:rPr>
        <w:t>أ) اليد    ب) القدم    ج) الرأس    د) كل ما سبق ما عدا اليد (باستثناء حارس المرمى)</w:t>
      </w:r>
    </w:p>
    <w:p>
      <w:pPr>
        <w:jc w:val="right"/>
      </w:pPr>
      <w:r>
        <w:rPr>
          <w:b w:val="0"/>
          <w:sz w:val="28"/>
        </w:rPr>
        <w:t>3- ما اسم اللاعب الذي يُسمح له باستخدام يديه داخل منطقة الجزاء؟</w:t>
      </w:r>
    </w:p>
    <w:p>
      <w:pPr>
        <w:jc w:val="right"/>
      </w:pPr>
      <w:r>
        <w:rPr>
          <w:b w:val="0"/>
          <w:sz w:val="28"/>
        </w:rPr>
        <w:t>أ) المدافع    ب) المهاجم    ج) حارس المرمى    د) الوسط</w:t>
      </w:r>
    </w:p>
    <w:p>
      <w:r>
        <w:br/>
      </w:r>
    </w:p>
    <w:p>
      <w:pPr>
        <w:jc w:val="right"/>
      </w:pPr>
      <w:r>
        <w:rPr>
          <w:b/>
          <w:sz w:val="28"/>
        </w:rPr>
        <w:t>السؤال الثاني: املأ الفراغات:</w:t>
      </w:r>
    </w:p>
    <w:p>
      <w:pPr>
        <w:jc w:val="right"/>
      </w:pPr>
      <w:r>
        <w:rPr>
          <w:b w:val="0"/>
          <w:sz w:val="28"/>
        </w:rPr>
        <w:t>1- مهارة التمرير تتم باستخدام __________ القدم.</w:t>
      </w:r>
    </w:p>
    <w:p>
      <w:pPr>
        <w:jc w:val="right"/>
      </w:pPr>
      <w:r>
        <w:rPr>
          <w:b w:val="0"/>
          <w:sz w:val="28"/>
        </w:rPr>
        <w:t>2- اللاعب الذي يدافع عن مرمى فريقه يسمى __________.</w:t>
      </w:r>
    </w:p>
    <w:p>
      <w:pPr>
        <w:jc w:val="right"/>
      </w:pPr>
      <w:r>
        <w:rPr>
          <w:b w:val="0"/>
          <w:sz w:val="28"/>
        </w:rPr>
        <w:t>3- يجب أن يتحلى اللاعب بالـ __________ أثناء المباراة.</w:t>
      </w:r>
    </w:p>
    <w:p>
      <w:pPr>
        <w:jc w:val="right"/>
      </w:pPr>
      <w:r>
        <w:rPr>
          <w:b w:val="0"/>
          <w:sz w:val="28"/>
        </w:rPr>
        <w:t>4- الهدف من المباراة هو تسجيل __________ في مرمى الفريق المنافس.</w:t>
      </w:r>
    </w:p>
    <w:p>
      <w:r>
        <w:br/>
      </w:r>
    </w:p>
    <w:p>
      <w:pPr>
        <w:jc w:val="right"/>
      </w:pPr>
      <w:r>
        <w:rPr>
          <w:b/>
          <w:sz w:val="28"/>
        </w:rPr>
        <w:t>السؤال الثالث: ضع علامة (✓) أو (✗):</w:t>
      </w:r>
    </w:p>
    <w:p>
      <w:pPr>
        <w:jc w:val="right"/>
      </w:pPr>
      <w:r>
        <w:rPr>
          <w:b w:val="0"/>
          <w:sz w:val="28"/>
        </w:rPr>
        <w:t>□ كرة القدم تُلعب بفريقين، كل فريق يتكون من 11 لاعبًا.</w:t>
      </w:r>
    </w:p>
    <w:p>
      <w:pPr>
        <w:jc w:val="right"/>
      </w:pPr>
      <w:r>
        <w:rPr>
          <w:b w:val="0"/>
          <w:sz w:val="28"/>
        </w:rPr>
        <w:t>□ يُسمح باستخدام الأيدي في أي مكان في الملعب.</w:t>
      </w:r>
    </w:p>
    <w:p>
      <w:pPr>
        <w:jc w:val="right"/>
      </w:pPr>
      <w:r>
        <w:rPr>
          <w:b w:val="0"/>
          <w:sz w:val="28"/>
        </w:rPr>
        <w:t>□ التمرير بوجه القدم الداخلي من أهم المهارات.</w:t>
      </w:r>
    </w:p>
    <w:p>
      <w:pPr>
        <w:jc w:val="right"/>
      </w:pPr>
      <w:r>
        <w:rPr>
          <w:b w:val="0"/>
          <w:sz w:val="28"/>
        </w:rPr>
        <w:t>□ التعصب الشديد يعزز الروح الرياضية.</w:t>
      </w:r>
    </w:p>
    <w:p>
      <w:r>
        <w:br/>
      </w:r>
    </w:p>
    <w:p>
      <w:pPr>
        <w:jc w:val="right"/>
      </w:pPr>
      <w:r>
        <w:rPr>
          <w:b/>
          <w:sz w:val="28"/>
        </w:rPr>
        <w:t>السؤال الرابع: سؤال تعبير كتابي:</w:t>
      </w:r>
    </w:p>
    <w:p>
      <w:pPr>
        <w:jc w:val="right"/>
      </w:pPr>
      <w:r>
        <w:rPr>
          <w:b w:val="0"/>
          <w:sz w:val="28"/>
        </w:rPr>
        <w:t>اكتب فقرة قصيرة (5-7 جمل) تشرح فيها أهمية الروح الرياضية في كرة القدم وكيف يظهرها اللاعبون والجماهير.</w:t>
      </w:r>
    </w:p>
    <w:p>
      <w:pPr>
        <w:jc w:val="right"/>
      </w:pPr>
      <w:r>
        <w:rPr>
          <w:b w:val="0"/>
          <w:sz w:val="28"/>
        </w:rPr>
        <w:t>__________________________________________________________________</w:t>
      </w:r>
    </w:p>
    <w:p>
      <w:pPr>
        <w:jc w:val="right"/>
      </w:pPr>
      <w:r>
        <w:rPr>
          <w:b w:val="0"/>
          <w:sz w:val="28"/>
        </w:rPr>
        <w:t>__________________________________________________________________</w:t>
      </w:r>
    </w:p>
    <w:p>
      <w:pPr>
        <w:jc w:val="right"/>
      </w:pPr>
      <w:r>
        <w:rPr>
          <w:b w:val="0"/>
          <w:sz w:val="28"/>
        </w:rPr>
        <w:t>__________________________________________________________________</w:t>
      </w:r>
    </w:p>
    <w:p>
      <w:pPr>
        <w:jc w:val="right"/>
      </w:pPr>
      <w:r>
        <w:rPr>
          <w:b w:val="0"/>
          <w:sz w:val="28"/>
        </w:rPr>
        <w:t>__________________________________________________________________</w:t>
      </w:r>
    </w:p>
    <w:p>
      <w:r>
        <w:br w:type="page"/>
      </w:r>
    </w:p>
    <w:p>
      <w:pPr>
        <w:jc w:val="right"/>
      </w:pPr>
      <w:r>
        <w:rPr>
          <w:b/>
          <w:sz w:val="32"/>
        </w:rPr>
        <w:t>4) الإجابة والنصائح التدريسية (للمعلم):</w:t>
      </w:r>
    </w:p>
    <w:p>
      <w:pPr>
        <w:jc w:val="right"/>
      </w:pPr>
      <w:r>
        <w:rPr>
          <w:b/>
          <w:sz w:val="28"/>
        </w:rPr>
        <w:t>الإجابات النموذجية:</w:t>
      </w:r>
    </w:p>
    <w:p>
      <w:pPr>
        <w:pStyle w:val="ListBullet"/>
        <w:jc w:val="right"/>
      </w:pPr>
      <w:r>
        <w:rPr>
          <w:sz w:val="26"/>
        </w:rPr>
        <w:t>السؤال الأول: 1- ب، 2- د، 3- ج</w:t>
      </w:r>
    </w:p>
    <w:p>
      <w:pPr>
        <w:pStyle w:val="ListBullet"/>
        <w:jc w:val="right"/>
      </w:pPr>
      <w:r>
        <w:rPr>
          <w:sz w:val="26"/>
        </w:rPr>
        <w:t>السؤال الثاني: 1- القدم الداخلي، 2- حارس المرمى، 3- الروح الرياضية، 4- أهداف</w:t>
      </w:r>
    </w:p>
    <w:p>
      <w:pPr>
        <w:pStyle w:val="ListBullet"/>
        <w:jc w:val="right"/>
      </w:pPr>
      <w:r>
        <w:rPr>
          <w:sz w:val="26"/>
        </w:rPr>
        <w:t>السؤال الثالث: ✓، ✗، ✓، ✗</w:t>
      </w:r>
    </w:p>
    <w:p>
      <w:pPr>
        <w:pStyle w:val="ListBullet"/>
        <w:jc w:val="right"/>
      </w:pPr>
      <w:r>
        <w:rPr>
          <w:sz w:val="26"/>
        </w:rPr>
        <w:t>السؤال الرابع: إجابة حرة تعبر عن أهمية الاحترام واللعب النظيف.</w:t>
      </w:r>
    </w:p>
    <w:p>
      <w:r>
        <w:br/>
      </w:r>
    </w:p>
    <w:p>
      <w:pPr>
        <w:jc w:val="right"/>
      </w:pPr>
      <w:r>
        <w:rPr>
          <w:b/>
          <w:sz w:val="28"/>
        </w:rPr>
        <w:t>نصائح تدريسية:</w:t>
      </w:r>
    </w:p>
    <w:p>
      <w:pPr>
        <w:pStyle w:val="ListBullet"/>
        <w:jc w:val="right"/>
      </w:pPr>
      <w:r>
        <w:rPr>
          <w:sz w:val="26"/>
        </w:rPr>
        <w:t>تقديم شرح مبسط مع عرض صور أو فيديوهات قصيرة.</w:t>
      </w:r>
    </w:p>
    <w:p>
      <w:pPr>
        <w:pStyle w:val="ListBullet"/>
        <w:jc w:val="right"/>
      </w:pPr>
      <w:r>
        <w:rPr>
          <w:sz w:val="26"/>
        </w:rPr>
        <w:t>استخدام مناقشات صفية حول الروح الرياضية.</w:t>
      </w:r>
    </w:p>
    <w:p>
      <w:pPr>
        <w:pStyle w:val="ListBullet"/>
        <w:jc w:val="right"/>
      </w:pPr>
      <w:r>
        <w:rPr>
          <w:sz w:val="26"/>
        </w:rPr>
        <w:t>تنفيذ أنشطة تطبيقية مثل تمرين التمرير أو مباراة مصغرة.</w:t>
      </w:r>
    </w:p>
    <w:p>
      <w:pPr>
        <w:pStyle w:val="ListBullet"/>
        <w:jc w:val="right"/>
      </w:pPr>
      <w:r>
        <w:rPr>
          <w:sz w:val="26"/>
        </w:rPr>
        <w:t>تصحيح الأخطاء عمليًا وتقديم تغذية راجعة بناءة.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