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right"/>
      </w:pPr>
    </w:p>
    <w:p>
      <w:pPr>
        <w:jc w:val="right"/>
      </w:pPr>
      <w:r>
        <w:t>في فهم منهاج الصف السابع</w:t>
      </w:r>
    </w:p>
    <w:p>
      <w:pPr>
        <w:jc w:val="right"/>
      </w:pPr>
      <w:r>
        <w:t>اريد شرح عن جائزة الملك عبدالله الثاني للياقة البدنية</w:t>
      </w:r>
    </w:p>
    <w:p>
      <w:pPr>
        <w:jc w:val="right"/>
      </w:pPr>
    </w:p>
    <w:p>
      <w:pPr>
        <w:jc w:val="right"/>
      </w:pPr>
      <w:r>
        <w:t>ملخص الموضوع</w:t>
      </w:r>
    </w:p>
    <w:p>
      <w:pPr>
        <w:jc w:val="right"/>
      </w:pPr>
      <w:r>
        <w:t>جائزة الملك عبد الله الثاني للياقة البدنية هي مبادرة وطنية تهدف إلى تعزيز الوعي بأهمية اللياقة البدنية والصحة العامة بين أفراد المجتمع الأردني، وخاصة الطلاب في المدارس. تركز الجائزة على تحفيز الأفراد على ممارسة الرياضة بانتظام واتباع نمط حياة صحي من خلال مجموعة من المحاور الخمسة التي تغطي جوانب اللياقة البدنية المختلفة. تُمنح الجائزة للأفراد أو المؤسسات التي تحقق معايير محددة في تحسين مستوى اللياقة البدنية، مما يسهم في بناء مجتمع صحي ونشيط.</w:t>
      </w:r>
    </w:p>
    <w:p>
      <w:pPr>
        <w:jc w:val="right"/>
      </w:pPr>
    </w:p>
    <w:p>
      <w:pPr>
        <w:jc w:val="right"/>
      </w:pPr>
      <w:r>
        <w:t>نواتج التعلّم</w:t>
      </w:r>
    </w:p>
    <w:p>
      <w:pPr>
        <w:jc w:val="right"/>
      </w:pPr>
      <w:r>
        <w:t>بعد دراسة موضوع جائزة الملك عبد الله الثاني للياقة البدنية، يُتوقع من الطالب أن:</w:t>
      </w:r>
    </w:p>
    <w:p>
      <w:pPr>
        <w:jc w:val="right"/>
      </w:pPr>
      <w:r>
        <w:t>- يوضح مفهوم الجائزة وأهدافها في تعزيز اللياقة البدنية.</w:t>
      </w:r>
    </w:p>
    <w:p>
      <w:pPr>
        <w:jc w:val="right"/>
      </w:pPr>
      <w:r>
        <w:t>- يعدد المحاور الخمسة التي تعتمد عليها الجائزة.</w:t>
      </w:r>
    </w:p>
    <w:p>
      <w:pPr>
        <w:jc w:val="right"/>
      </w:pPr>
      <w:r>
        <w:t>- يفسر أهمية ممارسة الرياضة والأنشطة البدنية المنتظمة.</w:t>
      </w:r>
    </w:p>
    <w:p>
      <w:pPr>
        <w:jc w:val="right"/>
      </w:pPr>
      <w:r>
        <w:t>- يربط بين اللياقة البدنية والصحة العامة وجودة الحياة.</w:t>
      </w:r>
    </w:p>
    <w:p>
      <w:pPr>
        <w:jc w:val="right"/>
      </w:pPr>
      <w:r>
        <w:t>- يشارك في أنشطة تعزز اللياقة البدنية ضمن المدرسة أو المجتمع.</w:t>
      </w:r>
    </w:p>
    <w:p>
      <w:pPr>
        <w:jc w:val="right"/>
      </w:pPr>
    </w:p>
    <w:p>
      <w:pPr>
        <w:jc w:val="right"/>
      </w:pPr>
      <w:r>
        <w:t>الإجابة والنصائح التدريسية</w:t>
      </w:r>
    </w:p>
    <w:p>
      <w:pPr>
        <w:jc w:val="right"/>
      </w:pPr>
    </w:p>
    <w:p>
      <w:pPr>
        <w:jc w:val="right"/>
      </w:pPr>
      <w:r>
        <w:t>شرح الجائزة</w:t>
      </w:r>
    </w:p>
    <w:p>
      <w:pPr>
        <w:jc w:val="right"/>
      </w:pPr>
      <w:r>
        <w:t>جائزة الملك عبد الله الثاني للياقة البدنية هي مبادرة تهدف إلى تحفيز الأفراد على الاهتمام بصحتهم من خلال ممارسة الرياضة بانتظام واتباع عادات صحية. تعتمد الجائزة على خمسة محاور رئيسية تشمل التمارين الرياضية، التغذية السليمة، العادات الصحية، الفحص الطبي الدوري، والتوعية الصحية.</w:t>
      </w:r>
    </w:p>
    <w:p>
      <w:pPr>
        <w:jc w:val="right"/>
      </w:pPr>
    </w:p>
    <w:p>
      <w:pPr>
        <w:jc w:val="right"/>
      </w:pPr>
      <w:r>
        <w:t>تُقدم الجائزة في شكل تكريم للفائزين الذين يلتزمون بمعايير اللياقة البدنية ويحققون نتائج ملموسة في تحسين صحتهم ولياقتهم. كما تهدف الجائزة إلى نشر ثقافة الرياضة بين الشباب وتعزيز دور المؤسسات التعليمية في دعم هذا التوجه.</w:t>
      </w:r>
    </w:p>
    <w:p>
      <w:pPr>
        <w:jc w:val="right"/>
      </w:pPr>
    </w:p>
    <w:p>
      <w:pPr>
        <w:jc w:val="right"/>
      </w:pPr>
      <w:r>
        <w:t>نصائح تدريسية</w:t>
      </w:r>
    </w:p>
    <w:p>
      <w:pPr>
        <w:jc w:val="right"/>
      </w:pPr>
      <w:r>
        <w:t>- ابدأ الدرس بعرض فيديو توضيحي للجائزة (يمكن استخدام رمز QR الموجود في الكتب) ليشاهد الطلاب المحاور الخمسة وأهمية الجائزة.</w:t>
      </w:r>
    </w:p>
    <w:p>
      <w:pPr>
        <w:jc w:val="right"/>
      </w:pPr>
      <w:r>
        <w:t>- استخدم أنشطة تفاعلية مثل مناقشة الطلاب حول فوائد الرياضة وأمثلة على أنشطة بدنية يمارسونها.</w:t>
      </w:r>
    </w:p>
    <w:p>
      <w:pPr>
        <w:jc w:val="right"/>
      </w:pPr>
      <w:r>
        <w:t>- شجع الطلاب على إعداد خطة أسبوعية لممارسة الرياضة واتباع عادات صحية، وربط ذلك بمبادرة الجائزة.</w:t>
      </w:r>
    </w:p>
    <w:p>
      <w:pPr>
        <w:jc w:val="right"/>
      </w:pPr>
      <w:r>
        <w:t>- استخدم قصص نجاح من حفل تكريم الفائزين لتحفيز الطلاب على المشاركة.</w:t>
      </w:r>
    </w:p>
    <w:p>
      <w:pPr>
        <w:jc w:val="right"/>
      </w:pPr>
      <w:r>
        <w:t>- اربط الدرس بمفاهيم الصحة العامة والوقاية من الأمراض، مع التركيز على دور اللياقة البدنية في تحسين الجهاز التنفسي والمناعي.</w:t>
      </w:r>
    </w:p>
    <w:p>
      <w:pPr>
        <w:jc w:val="right"/>
      </w:pPr>
    </w:p>
    <w:p>
      <w:pPr>
        <w:jc w:val="right"/>
      </w:pPr>
      <w:r>
        <w:t>نصائح عامة للتعلّم الفعّال</w:t>
      </w:r>
    </w:p>
    <w:p>
      <w:pPr>
        <w:jc w:val="right"/>
      </w:pPr>
      <w:r>
        <w:t>- هيئ الطلاب نفسياً وبدنياً قبل الدرس، مثل تمارين تنفس بسيطة أو نشاط بدني خفيف.</w:t>
      </w:r>
    </w:p>
    <w:p>
      <w:pPr>
        <w:jc w:val="right"/>
      </w:pPr>
      <w:r>
        <w:t>- استخدم وسائل بصرية مثل الصور، الفيديوهات، والرسوم التوضيحية لشرح المحاور.</w:t>
      </w:r>
    </w:p>
    <w:p>
      <w:pPr>
        <w:jc w:val="right"/>
      </w:pPr>
      <w:r>
        <w:t>- تجنب الحفظ المجرد، وركز على الفهم من خلال تطبيقات عملية.</w:t>
      </w:r>
    </w:p>
    <w:p>
      <w:pPr>
        <w:jc w:val="right"/>
      </w:pPr>
      <w:r>
        <w:t>- حفز الطلاب على المشاركة الجماعية والنقاش لتبادل الخبرات.</w:t>
      </w:r>
    </w:p>
    <w:p>
      <w:pPr>
        <w:jc w:val="right"/>
      </w:pPr>
      <w:r>
        <w:t>- راقب الأخطاء الشائعة مثل الاعتقاد بأن الرياضة فقط للجسم وليست للصحة العامة، وصحح ذلك بالتوضيح العلمي.</w:t>
      </w:r>
    </w:p>
    <w:p>
      <w:pPr>
        <w:jc w:val="right"/>
      </w:pP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